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"זמר נוגה" מאת רחל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השיר ואת הקול הדובר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מרכזיים כמו ניגוד, תקבולת ורמיזה מקראית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לעקוב אחרי מבנה השיר והתפתחות הרגש מבית לבית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 אהוב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הדרכים נפגשות לרגע ונפרדות לתמיד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ניגוד (אוקסימורון)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לרחל המקראית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שלושה בתים בני ארבעה טורים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שזהו שיר מושר ועצוב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כבר בפתיחה מורגש ספק, היא רק שואלת אם הוא שומע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מדברת על התבל ועל דרכים רבות שנפגשות ונפרדות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השיר פשוט במילותיו, בלי תמונות מסובכות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היא אומרת שתחכה לו עד שיכבו 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לפי הרקע הביוגרפי השיר נכתב בזמן שהיא חלתה בשחפת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את האמצעי האמנותי לציטוט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("התשמע קולי" חוזר פעמיים ומבטא ספק ותחינה)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(קול קורא בעוז, קול בוכה בדמי)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(נפגשות לדק, נפרדות לעד)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(אחכה לך... כחכות רחל לדודה)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(עד יכבו חיי, החיים כאור שכבה)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רחוקי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כושלות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התפתחות הרגש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פנייה אישית אל האהוב הרחוק ושאלה אם הוא שומע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מעבר למחשבה כללית על העולם ועל פרידה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חזרה לדוברת ולתחושת קרבת סוף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הבטחת נאמנות והשוואה לרחל המקראית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זהו שיר מושר (זמר) שמביע עצב וגעגוע (נוגה), ומתאים ללחן בגלל הפשטות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דוברת אוהבת מרחוק, חולה או חשה שקיצה קרוב, עוברת מתחינה להבנה ולהבטחה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קול קורא בעוז/קול בוכה בדמי, או נפגשות לדק/נפרדות לעד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לרחל המקראית שחיכתה ליעקב, מה שהופך את האהבה האישית לחלק ממסורת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בהשמעת לחן מוכר לשיר כדי להמחיש את הכותרת "זמר"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המעבר בין האישי לכללי ובחזרה, כבסיס להבנת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זמן לדיון זוגי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"זמר נוגה" מאת רחל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"זמר נוגה" מאת רחל הוא פנייה של דוברת אל אהוב רחוק, הנעה בין תקווה לספק, בין געגוע לפרידה, ומסתיימת בהבטחת נאמנות המזכירה את רחל המקראית.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אל מי פונה הדוברת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 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 אהוב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 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"נפגשות לדק, נפרדות לעד"?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הדרכים נפגשות לרגע ונפרדות לתמיד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הדרכים צרות ודקות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אנשים נפגשים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הפרידה קצרה והמפגש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אמצעי אמנותי יש בטור "קול קורא בעז, קול בוכה בדמי"?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שורה קטועה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 של הטבע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 (אוקסימורון)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רמיזה לאודיסאה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משווה הדוברת את עצמה בסוף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לסולווייג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לפנלופה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לרחל המקראית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בתים יש בשיר ובני כמה טורים כל 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בתים בני שלושה טורים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 בתים בני ארבעה טורים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 בתים בני שני טורים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אחד בן שנים עשר טורים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מרמזת הכותרת "זמר נוגה"?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שזהו שיר מושר ועצוב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ששמו של האהוב הוא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שהשיר שמח ועליז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שהשיר מדבר על כוכב בשמיים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הדוברת בטוחה שהאהוב שומע את קולה.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השני הדוברת עוברת למחשבה כללית על העולם.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מלא בתמונות מסובכות ותיאורי נוף מפורטים.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הדוברת מבטיחה לחכות לאהוב עד סוף חייה.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נכתב אחרי שהדוברת החלימה לגמרי ממחלתה.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את האמצעי האמנותי לציטוט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שאלה רטורית וחזרה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נפגשות לדק, נפרדות לעד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ניגוד (אוקסימורון)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אחכה לך... כחכות רחל לדודה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תקבולת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עד יכבו חיי, החיים כאור שכבה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רמיזה מקראית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"התשמע קולי" חוזר פעמיים ומבטא ספק ותחינה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קול קורא בעוז, קול בוכה בדמי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הדוברת פונה אל אהוב רחוק שנקרא בשיר "__________ שלי".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בית שני, התבל __________ ודרכים בה רב.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"מבקש אדם, אך __________ רגליו".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הדוברת מבטיחה לחכות לאהוב "כחכות __________ לדודה".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השיר מורכב משלושה בתים בני __________ טורים.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התפתחות הרגש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הבטחת נאמנות והשוואה לרחל המקראית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לדוברת ולתחושת קרבת סוף החיים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אישית אל האהוב הרחוק ושאלה אם הוא שומע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למחשבה כללית על העולם ועל פרידה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השיר נקרא "זמר נוגה".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הדוברת בשיר ומה מצבה הנפשי?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לניגוד או לתקבולת בשיר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הדוברת משווה את עצמה בסוף השיר, ומה זה מוסיף למשמעות?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"זמר נוגה" מאת רחל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