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"זמר נוגה" מאת 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הקול הדובר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מרכזיים כמו ניגוד, תקבולת ורמיזה מקראית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אחרי מבנה השיר והתפתחות הרגש מבית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אהוב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הדרכים נפגשות לרגע ונפרדות לתמיד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 (אוקסימורון)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לרחל המקראית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שלושה בתים בני ארבעה טורים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שזהו שיר מושר ועצוב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כבר בפתיחה מורגש ספק, היא רק שואלת אם הוא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מדברת על התבל ועל דרכים רבות שנפגשות ונפרדות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פשוט במילותיו, בלי תמונות מסובכות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אומרת שתחכה לו עד שיכבו 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לפי הרקע הביוגרפי השיר נכתב בזמן שהיא חלתה בשחפת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האמצעי האמנותי לציטוט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("התשמע קולי" חוזר פעמיים ומבטא ספק ותחינה)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(קול קורא בעוז, קול בוכה בדמי)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(נפגשות לדק, נפרדות לעד)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(אחכה לך... כחכות רחל לדודה)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(עד יכבו חיי, החיים כאור שכבה)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התפתחות הרגש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אישית אל האהוב הרחוק ושאלה אם הוא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 למחשבה כללית על העולם ועל פרידה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לדוברת ולתחושת קרבת סוף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הבטחת נאמנות והשוואה לרחל המקראית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זהו שיר מושר (זמר) שמביע עצב וגעגוע (נוגה), ומתאים ללחן בגלל הפשטות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דוברת אוהבת מרחוק, חולה או חשה שקיצה קרוב, עוברת מתחינה להבנה ולהבטחה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 קורא בעוז/קול בוכה בדמי, או נפגשות לדק/נפרדות לעד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לרחל המקראית שחיכתה ליעקב, מה שהופך את האהבה האישית לחלק ממסורת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לחן מוכר לשיר כדי להמחיש את הכותרת "זמר"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המעבר בין האישי לכללי ובחזרה, כבסיס להבנת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לדיון זוגי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"זמר נוגה" מאת 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מדבר על אישה שמדברת אל אהוב שנמצא רחוק ממנה. היא לא יודעת אם הוא שומע אותה, אבל היא מבטיחה לחכות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רחוקי שלי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הכינוי שבו פונה הדוברת אל האהוב הנמצא במקום לא ידוע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העולם, 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לדק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לרגע קצר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לנצח, לתמיד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אוקסימורון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בין שתי מילים שנראות סותרות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תקבולת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שורות עם מבנה דומה שמדגישות ניגוד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רמיזה מקראית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לסיפור מהתנ"ך, כאן לסיפור רחל ויעקב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דבר אחד כאילו הוא דבר אחר,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הדוברת מדברת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אהוב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לדרכים בעולם,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הדרכים נפגשות לרגע ונפרדות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הדרכים צרות ודקות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נפגשים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הפרידה קצרה והמפגש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לניגוד בין קול חזק לקול 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שורה קטועה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 של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(אוקסימורון)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רמיזה לאודיסאה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איזו דמות מהתנ"ך הדוברת משווה את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לסולווייג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לפנלופה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לרחל המקראית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בתים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בתים בני שלושה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בתים בני ארבעה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בתים בני שני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אחד בן שנים עשר טורים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המילים זמר ונוגה בכותרת?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שזהו שיר מושר ועצוב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ששמו של האהוב הוא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שהשיר שמח ועליז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שהשיר מדבר על כוכב בשמיים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בטוחה שהאהוב שומע את קולה.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השני הדוברת עוברת למחשבה כללית על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מלא בתמונות מסובכות ותיאורי נוף מפורטים.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מבטיחה לחכות לאהוב עד סוף חייה.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נכתב אחרי שהדוברת החלימה לגמרי ממחלתה.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את האמצעי האמנותי לציטוט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רטורית וחזרה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נפגשות לדק, נפרדות לעד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 (אוקסימורון)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אחכה לך... כחכות רחל לדודה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 קורא בעוז, קול בוכה בדמי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רמיזה מקראית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עד יכבו חיי, החיים כאור שכבה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"התשמע קולי" חוזר פעמיים ומבטא ספק ותחינה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הדוברת פונה אל אהוב רחוק שנקרא בשיר "__________ שלי".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בית שני, התבל __________ ודרכים בה 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"מבקש אדם, אך __________ רגליו".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הדוברת מבטיחה לחכות לאהוב "כחכות __________ לדודה".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מורכב משלושה בתים בני __________ טורים.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התפתחות הרגש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למחשבה כללית על העולם ועל פרידה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לדוברת ולתחושת קרבת סוף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הבטחת נאמנות והשוואה לרחל המקראית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אישית אל האהוב הרחוק ושאלה אם הוא שומע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השיר נקרא "זמר נוגה".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הדוברת בשיר ומה מצבה הנפשי?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לניגוד או לתקבולת בשיר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הדוברת משווה את עצמה בסוף השיר, ומה זה מוסיף למשמעות?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"זמר נוגה" מאת רחל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