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"זמר נוגה" מאת 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הקול הדובר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מרכזיים כמו ניגוד, תקבולת ורמיזה מקראית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אחרי מבנה השיר והתפתחות הרגש מבית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אהוב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הדרכים נפגשות לרגע ונפרדות לתמיד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 (אוקסימורון)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כבר בפתיחה מורגש ספק, היא רק שואלת אם הוא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מדברת על התבל ועל דרכים רבות שנפגשות ונפרדות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פשוט במילותיו, בלי תמונות מסובכות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האמצעי האמנותי לציטוט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("התשמע קולי" חוזר פעמיים ומבטא ספק ותחינה)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(קול קורא בעוז, קול בוכה בדמי)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(נפגשות לדק, נפרדות לעד)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(אחכה לך... כחכות רחל לדודה)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התפתחות הרגש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אישית אל האהוב הרחוק ושאלה אם הוא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 למחשבה כללית על העולם ועל פרידה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לדוברת ולתחושת קרבת סוף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הבטחת נאמנות והשוואה לרחל המקראית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דוברת אוהבת מרחוק, חולה או חשה שקיצה קרוב, עוברת מתחינה להבנה ולהבטחה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 קורא בעוז/קול בוכה בדמי, או נפגשות לדק/נפרדות לעד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לרחל המקראית שחיכתה ליעקב, מה שהופך את האהבה האישית לחלק ממסורת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לחן מוכר לשיר כדי להמחיש את הכותרת "זמר"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המעבר בין האישי לכללי ובחזרה, כבסיס להבנת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לדיון זוגי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"זמר נוגה" מאת 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"זמר נוגה" מאת רחל הוא פנייה של דוברת אל אהוב רחוק, הנעה בין תקווה לספק, בין געגוע לפרידה, ומסתיימת בהבטחת נאמנות המזכירה את רחל המקראית.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רחוקי  ·  רבה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אל מי פונה הדוברת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 אהוב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"נפגשות לדק, נפרדות לעד"?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הדרכים נפגשות לרגע ונפרדות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הדרכים צרות ודקות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אנשים נפגשים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אמצעי אמנותי יש בטור "קול קורא בעז, קול בוכה בדמי"?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שורה קטועה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 של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 (אוקסימורון)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הדוברת בטוחה שהאהוב שומע את קולה.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 השני הדוברת עוברת למחשבה כללית על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מלא בתמונות מסובכות ותיאורי נוף מפורטים.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את האמצעי האמנותי לציטוט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שאלה רטורית וחזרה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נפגשות לדק, נפרדות לעד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ניגוד (אוקסימורון)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אחכה לך... כחכות רחל לדודה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"התשמע קולי" חוזר פעמיים ומבטא ספק ותחינה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רמיזה מקראית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קול קורא בעוז, קול בוכה בדמי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הדוברת פונה אל אהוב רחוק שנקרא בשיר "__________ שלי".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בית שני, התבל __________ ודרכים בה רב.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התפתחות הרגש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הבטחת נאמנות והשוואה לרחל המקראית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חזרה לדוברת ולתחושת קרבת סוף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פנייה אישית אל האהוב הרחוק ושאלה אם הוא שומע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מעבר למחשבה כללית על העולם ועל פרידה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הדוברת בשיר ומה מצבה הנפשי?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לניגוד או לתקבולת בשיר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"זמר נוגה" מאת רחל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